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ST10 Probability, experiments and risk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Edexcel GCSE Statistics 1ST0 | Both papers · Foundation and Higher</w:t>
      </w:r>
    </w:p>
    <w:p>
      <w:r>
        <w:t>Higher statements are labelled. Show full workings, construct graphs and use real sourced data for enquiry tasks.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Likelihood and experimental evidence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Express probabilities on consistent scales and apply equally likely outcome models.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Define complements correctly and calculate their probabilities.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Estimate probability from experimental relative frequency and explain sampling uncertainty.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and interpret expected frequencies without treating them as guaranteed results.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long-run stability and avoid independence and compensation misconceptions.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experimental results with theoretical predictions and evaluate possible bias.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Design a simulation with random outcomes matching the intended probabilities.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ST10 Probability, experiments and risk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Edexcel GCSE Statistics 1ST0 | Both papers · Foundation and Higher</w:t>
      </w:r>
    </w:p>
    <w:p>
      <w:r>
        <w:t>Higher statements are labelled. Show full workings, construct graphs and use real sourced data for enquiry tasks.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Absolute and relative risk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absolute risk, relative risk and expected group frequencies with stated denominators.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risk differences, percentage-point changes and relative percentage increases.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Communicate baseline risks and evaluate confounding in observational comparisons.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ST10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ST10 Probability, experiments and risk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