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M7 Expressions and substitution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algebraic notation and collect like terms, keeping coefficients, variables and powers distinct.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Substitute into expressions and formulae, using brackets around negative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Translate words and practical relationships into expressions with correct operation order.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function machines forwards and backwards by reversing operations in reverse order.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Combine algebraic simplification and substitution, checking equivalent expressions carefully.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M7 Expressions and substitution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