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M39 Sampling and interpreting data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Mathematics | All three papers | Foundation and Higher</w:t>
      </w:r>
    </w:p>
    <w:p>
      <w:r>
        <w:t>Higher statements are labelled. Foundation students use the remaining statements.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Core methods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populations, samples, censuses and data types.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Identify sampling bias and design clear, non-leading questionnaires.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Applying and explaining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random and systematic sampling with appropriate selection methods.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survey estimates and compare distributions using centre, spread and context.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Higher extensions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Allocate proportional stratified samples and select fairly within each group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M39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M39 Sampling and interpreting data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