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M34 Trigonometry in general triangles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Higher only</w:t>
      </w:r>
    </w:p>
    <w:p>
      <w:r>
        <w:t>All statements are Higher tier.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the sine rule for lengths, matching opposite sides and angles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sine-rule angles and check whether a supplementary angle is valid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the cosine rule for lengths with the correct included angle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the cosine rule to find angles from three sides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the sine area formula and general-triangle methods in bearings or spatial problems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M34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M34 Trigonometry in general triangles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