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M32 Pythagoras and right-angle trigonometry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Pythagoras to find hypotenuses, shorter sides and coordinate distances.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opposite, adjacent and hypotenuse sides and choose a suitable trigonometric ratio.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missing right-triangle lengths using trigonometry in degree mode.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right-triangle angles and use exact trigonometric values in applications.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Solve three-dimensional length and angle problems by identifying useful right triangles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M32 Pythagoras and right-angle trigonometry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