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M27 Angles, polygons and shape properties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Edexcel Mathematics | All three papers | Foundation and Higher</w:t>
      </w:r>
    </w:p>
    <w:p>
      <w:r>
        <w:t>Higher statements are labelled. Foundation students use the remaining statements.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Core methods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angles on lines, around points and at intersections, giving mathematical reasons.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triangle angle sums and equal-side properties to calculate unknown angles.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Applying and explaining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corresponding, alternate and co-interior angles in parallel-line problems.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polygon angle sums and regular interior or exterior angles.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shape properties and line or rotational symmetry using precise definitions.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M27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M27 Angles, polygons and shape properties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