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M23 Percentages and financial maths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percentages of amounts and express one amount as a percentage of another.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percentage increases, decreases and percentage change using the original amount.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Recover original amounts by reversing percentage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simple interest, compound interest and depreciation over repeated periods.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iterative growth or decay models with payments and compare outcomes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M23 Percentages and financial maths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