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M22 Ratio and sharing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Simplify and scale ratios, matching units and preserving the order of quantities.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Share a total in a ratio and check both the shares and their sum.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missing shares or totals from a known amount or difference.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ratios to fractions and use proportions in mixtures or comparisons.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Combine linked ratios and explain how additions or scaling change a ratio.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M22 Ratio and sharing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