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M19 Functions and graph transformations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Higher only</w:t>
      </w:r>
    </w:p>
    <w:p>
      <w:r>
        <w:t>All statements are Higher tier.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function notation and identify permitted inputs and resulting outputs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composite functions in the correct order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and use inverse functions on suitable domains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graph translations and reflections from changes to function equations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Track points, asymptotes and domains through combined graph transformations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M19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M19 Functions and graph transformations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