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M10 Linear equations and inequalities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linear equations, including brackets and unknowns on both sides.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equations containing fractions or decimals without changing equality.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linear inequalities and represent solutions on number lines, reversing signs when required.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Form equations from contexts and interpret or check the solutions.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double inequalities and list permitted integer values with correct endpoint inclusion.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Represent overlapping inequality regions and use set notation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M10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M10 Linear equations and inequalities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