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CS4 Networks, connections and protocols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1.3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Networks and hardware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LANs and WANs and evaluate network performance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client-server and peer-to-peer roles and suitability.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NIC, switch, router, access point and transmission media.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evaluate star and mesh topologies for a scenario.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Internet services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internet and web and explain server and client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DNS resolution and the role of website hosting.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remote storage, software and processing through the cloud.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Connections and rules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Ethernet, Wi-Fi and Bluetooth for specific connections.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encryption and distinguish IP from MAC addressing.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standards, protocol purposes and the roles of TCP and 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HTTP and HTTPS and explain FTP and email protocol purposes.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protocol layering and its development and troubleshooting benefits.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CS4 Networks, connections and protocols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